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Skyline Ballroom Club</w:t>
        <w:br/>
        <w:t>Student Registration Form</w:t>
      </w:r>
    </w:p>
    <w:p>
      <w:r>
        <w:t>Please complete all sections using BLOCK CAPITALS. The information provided will be treated confidentially in accordance with our Privacy Policy.</w:t>
        <w:br/>
      </w:r>
    </w:p>
    <w:p>
      <w:r>
        <w:rPr>
          <w:b/>
        </w:rPr>
        <w:t>1. Student Details</w:t>
      </w:r>
    </w:p>
    <w:p>
      <w:r>
        <w:t>Full Name: _________________________________________________</w:t>
        <w:br/>
        <w:t>Preferred Name: ____________________   Date of Birth: ______________</w:t>
        <w:br/>
        <w:t>Age (if under 18): ______   Gender (optional): ______________________</w:t>
        <w:br/>
        <w:t>Address: _______________________________________________________</w:t>
        <w:br/>
        <w:t>_______________________________________________________________</w:t>
        <w:br/>
        <w:t>Postcode: ______________________</w:t>
        <w:br/>
        <w:t>Mobile: ________________________</w:t>
        <w:br/>
        <w:t>Email: ________________________________________________</w:t>
      </w:r>
    </w:p>
    <w:p>
      <w:r>
        <w:rPr>
          <w:b/>
        </w:rPr>
        <w:t>2. Parent / Guardian (if student is under 18)</w:t>
      </w:r>
    </w:p>
    <w:p>
      <w:r>
        <w:t>Name: _________________________________________________</w:t>
        <w:br/>
        <w:t>Relationship: ______________________</w:t>
        <w:br/>
        <w:t>Mobile: ____________________________</w:t>
        <w:br/>
        <w:t>Email: ________________________________________________</w:t>
      </w:r>
    </w:p>
    <w:p>
      <w:r>
        <w:rPr>
          <w:b/>
        </w:rPr>
        <w:t>3. Emergency Contact</w:t>
      </w:r>
    </w:p>
    <w:p>
      <w:r>
        <w:t>Name: _________________________________________________</w:t>
        <w:br/>
        <w:t>Relationship: ______________________</w:t>
        <w:br/>
        <w:t>Telephone: ____________________________________________</w:t>
      </w:r>
    </w:p>
    <w:p>
      <w:r>
        <w:rPr>
          <w:b/>
        </w:rPr>
        <w:t>4. Medical Information</w:t>
      </w:r>
    </w:p>
    <w:p>
      <w:r>
        <w:t>Please tell us about any medical conditions, allergies, injuries, disabilities or additional support needs that may affect participation.</w:t>
        <w:br/>
        <w:br/>
        <w:t>_______________________________________________________________</w:t>
        <w:br/>
        <w:t>_______________________________________________________________</w:t>
        <w:br/>
        <w:br/>
        <w:t>GP (optional): _______________________  Telephone: __________________</w:t>
      </w:r>
    </w:p>
    <w:p>
      <w:r>
        <w:rPr>
          <w:b/>
        </w:rPr>
        <w:t>5. Permissions (please tick)</w:t>
      </w:r>
    </w:p>
    <w:p>
      <w:r>
        <w:t>☐ I consent to Skyline Ballroom Club contacting me regarding classes and club information.</w:t>
        <w:br/>
        <w:t>☐ I consent to photographs/videos of myself (or my child) being used for Skyline Ballroom Club promotional purposes.</w:t>
        <w:br/>
        <w:t>☐ I DO NOT wish photographs/videos of myself (or my child) to be used.</w:t>
      </w:r>
    </w:p>
    <w:p>
      <w:r>
        <w:rPr>
          <w:b/>
        </w:rPr>
        <w:t>6. Declaration</w:t>
      </w:r>
    </w:p>
    <w:p>
      <w:r>
        <w:t>I confirm that the information provided is accurate. I have read and agree to Skyline Ballroom Club's Terms &amp; Conditions, Privacy Policy and Safeguarding &amp; Health Handbook. I understand that ballroom dancing is a physical, close-contact activity and agree to participate, or allow my child to participate, at my/their own risk while following the guidance of the teaching team. I understand that teachers will take all reasonable care but that participation involves inherent risks associated with physical activity. If signing on behalf of a child, I confirm that I am their parent or legal guardian.</w:t>
      </w:r>
    </w:p>
    <w:p>
      <w:r>
        <w:br/>
        <w:t>Student Signature: ____________________________    Date: ______________</w:t>
      </w:r>
    </w:p>
    <w:p>
      <w:r>
        <w:t>Parent/Guardian Signature (if under 18): ____________________    Date: ______________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